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D253" w14:textId="77777777" w:rsidR="000F70E0" w:rsidRPr="000F70E0" w:rsidRDefault="000F70E0" w:rsidP="000F70E0">
      <w:pPr>
        <w:jc w:val="center"/>
        <w:rPr>
          <w:rFonts w:ascii="Bookman Old Style" w:hAnsi="Bookman Old Style"/>
        </w:rPr>
      </w:pPr>
      <w:r w:rsidRPr="000F70E0">
        <w:rPr>
          <w:rFonts w:ascii="Bookman Old Style" w:hAnsi="Bookman Old Style"/>
          <w:b/>
          <w:sz w:val="28"/>
        </w:rPr>
        <w:br/>
      </w:r>
      <w:r w:rsidRPr="000F70E0">
        <w:rPr>
          <w:rFonts w:ascii="Bookman Old Style" w:hAnsi="Bookman Old Style"/>
          <w:b/>
          <w:sz w:val="24"/>
        </w:rPr>
        <w:t>Modulo di Autorizzazione per i Genitori</w:t>
      </w:r>
    </w:p>
    <w:p w14:paraId="18C892A5" w14:textId="77777777" w:rsidR="000F70E0" w:rsidRPr="000F70E0" w:rsidRDefault="000F70E0" w:rsidP="000F70E0">
      <w:pPr>
        <w:jc w:val="both"/>
        <w:rPr>
          <w:rFonts w:ascii="Bookman Old Style" w:hAnsi="Bookman Old Style"/>
        </w:rPr>
      </w:pPr>
      <w:r w:rsidRPr="000F70E0">
        <w:rPr>
          <w:rFonts w:ascii="Bookman Old Style" w:hAnsi="Bookman Old Style"/>
        </w:rPr>
        <w:br/>
      </w:r>
      <w:r w:rsidRPr="000F70E0">
        <w:rPr>
          <w:rFonts w:ascii="Bookman Old Style" w:hAnsi="Bookman Old Style"/>
          <w:b/>
        </w:rPr>
        <w:t>OGGETTO: Autorizzazione alla partecipazione alla manifestazione nazionale "Sudario della Memoria" – 30 ottobre 2026.</w:t>
      </w:r>
    </w:p>
    <w:p w14:paraId="61AE8B45" w14:textId="77777777" w:rsidR="000F70E0" w:rsidRPr="000F70E0" w:rsidRDefault="000F70E0" w:rsidP="000F70E0">
      <w:pPr>
        <w:spacing w:before="100" w:beforeAutospacing="1" w:after="100" w:afterAutospacing="1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Il/La sottoscritto/a</w:t>
      </w:r>
      <w:r w:rsidRPr="000F70E0">
        <w:rPr>
          <w:rFonts w:ascii="Bookman Old Style" w:hAnsi="Bookman Old Style"/>
        </w:rPr>
        <w:t>_____________________________________</w:t>
      </w:r>
      <w:r>
        <w:rPr>
          <w:rFonts w:ascii="Bookman Old Style" w:hAnsi="Bookman Old Style"/>
        </w:rPr>
        <w:t>____________________</w:t>
      </w:r>
      <w:r w:rsidRPr="000F70E0">
        <w:rPr>
          <w:rFonts w:ascii="Bookman Old Style" w:hAnsi="Bookman Old Style"/>
        </w:rPr>
        <w:t xml:space="preserve">in qualità di:   [  ] padre    [  ] madre    [  ] tutore </w:t>
      </w:r>
      <w:r>
        <w:rPr>
          <w:rFonts w:ascii="Bookman Old Style" w:hAnsi="Bookman Old Style"/>
        </w:rPr>
        <w:t xml:space="preserve">legale </w:t>
      </w:r>
      <w:r w:rsidRPr="000F70E0">
        <w:rPr>
          <w:rFonts w:ascii="Bookman Old Style" w:hAnsi="Bookman Old Style"/>
        </w:rPr>
        <w:t>dell'alunno/a __________________________________________________________________________</w:t>
      </w:r>
      <w:r w:rsidRPr="000F70E0">
        <w:rPr>
          <w:rFonts w:ascii="Bookman Old Style" w:hAnsi="Bookman Old Style"/>
        </w:rPr>
        <w:br/>
        <w:t>frequentante la classe ______ sez. _____ della Scuola:</w:t>
      </w:r>
      <w:r w:rsidRPr="000F70E0">
        <w:rPr>
          <w:rFonts w:ascii="Bookman Old Style" w:hAnsi="Bookman Old Style"/>
        </w:rPr>
        <w:br/>
        <w:t>[  ] Primaria "Piana"         [  ] Secondaria di I Grado "Marconi"</w:t>
      </w:r>
      <w:r w:rsidRPr="000F70E0">
        <w:rPr>
          <w:rFonts w:ascii="Bookman Old Style" w:hAnsi="Bookman Old Style"/>
        </w:rPr>
        <w:br/>
      </w:r>
      <w:r>
        <w:rPr>
          <w:rFonts w:ascii="Bookman Old Style" w:hAnsi="Bookman Old Style"/>
          <w:b/>
          <w:sz w:val="24"/>
        </w:rPr>
        <w:br/>
        <w:t xml:space="preserve">                                              AUTORIZZA</w:t>
      </w:r>
    </w:p>
    <w:p w14:paraId="0021D347" w14:textId="77777777" w:rsidR="000F70E0" w:rsidRDefault="000F70E0" w:rsidP="000F70E0">
      <w:pPr>
        <w:jc w:val="both"/>
        <w:rPr>
          <w:rFonts w:ascii="Bookman Old Style" w:hAnsi="Bookman Old Style"/>
        </w:rPr>
      </w:pPr>
      <w:r w:rsidRPr="000F70E0">
        <w:rPr>
          <w:rFonts w:ascii="Bookman Old Style" w:hAnsi="Bookman Old Style"/>
        </w:rPr>
        <w:t xml:space="preserve">il/la proprio/a figlio/a a partecipare all'uscita sul territorio comunale in occasione della manifestazione nazionale itinerante </w:t>
      </w:r>
      <w:r w:rsidRPr="000F70E0">
        <w:rPr>
          <w:rFonts w:ascii="Bookman Old Style" w:hAnsi="Bookman Old Style"/>
          <w:b/>
        </w:rPr>
        <w:t>"Sudario della Memoria"</w:t>
      </w:r>
      <w:r w:rsidRPr="000F70E0">
        <w:rPr>
          <w:rFonts w:ascii="Bookman Old Style" w:hAnsi="Bookman Old Style"/>
        </w:rPr>
        <w:t xml:space="preserve">, che si terrà venerdì </w:t>
      </w:r>
      <w:r w:rsidRPr="000F70E0">
        <w:rPr>
          <w:rFonts w:ascii="Bookman Old Style" w:hAnsi="Bookman Old Style"/>
          <w:b/>
        </w:rPr>
        <w:t>30 ottobre 2026</w:t>
      </w:r>
      <w:r w:rsidRPr="000F70E0">
        <w:rPr>
          <w:rFonts w:ascii="Bookman Old Style" w:hAnsi="Bookman Old Style"/>
        </w:rPr>
        <w:t xml:space="preserve"> a Sant'Agata di Militello.</w:t>
      </w:r>
      <w:r w:rsidRPr="000F70E0">
        <w:rPr>
          <w:rFonts w:ascii="Bookman Old Style" w:hAnsi="Bookman Old Style"/>
        </w:rPr>
        <w:br/>
      </w:r>
      <w:r w:rsidRPr="000F70E0">
        <w:rPr>
          <w:rFonts w:ascii="Bookman Old Style" w:hAnsi="Bookman Old Style"/>
        </w:rPr>
        <w:br/>
        <w:t>Il percorso si svolgerà a piedi con partenza alle ore 10:00 da Piazza Vincenzo Consolo, proseguirà lungo via San Giuseppe e si concluderà presso la Chiesa</w:t>
      </w:r>
      <w:r>
        <w:rPr>
          <w:rFonts w:ascii="Bookman Old Style" w:hAnsi="Bookman Old Style"/>
        </w:rPr>
        <w:t xml:space="preserve"> Madre. Al termine dell'evento, </w:t>
      </w:r>
      <w:r w:rsidRPr="000F70E0">
        <w:rPr>
          <w:rFonts w:ascii="Bookman Old Style" w:hAnsi="Bookman Old Style"/>
        </w:rPr>
        <w:t>gli alunni rientreranno reg</w:t>
      </w:r>
      <w:r>
        <w:rPr>
          <w:rFonts w:ascii="Bookman Old Style" w:hAnsi="Bookman Old Style"/>
        </w:rPr>
        <w:t xml:space="preserve">olarmente nelle rispettive classi. </w:t>
      </w:r>
    </w:p>
    <w:p w14:paraId="2CB2EBEA" w14:textId="77777777" w:rsidR="000F70E0" w:rsidRPr="000F70E0" w:rsidRDefault="000F70E0" w:rsidP="000F70E0">
      <w:pPr>
        <w:jc w:val="both"/>
        <w:rPr>
          <w:rFonts w:ascii="Bookman Old Style" w:hAnsi="Bookman Old Style"/>
        </w:rPr>
      </w:pPr>
      <w:r w:rsidRPr="000F70E0">
        <w:rPr>
          <w:rFonts w:ascii="Bookman Old Style" w:hAnsi="Bookman Old Style"/>
        </w:rPr>
        <w:br/>
        <w:t>Si dichiara altresì di essere a conoscenza che, per l'intera durata dell'evento e del percorso intrapreso, gli alunni saranno sotto la costante e attenta vigilanza dei docenti accompagnatori incaricati, fino al regolare rientro a scuola per la ripresa del normale orario didattico.</w:t>
      </w:r>
    </w:p>
    <w:p w14:paraId="67112E6C" w14:textId="77777777" w:rsidR="000F70E0" w:rsidRPr="000F70E0" w:rsidRDefault="000F70E0" w:rsidP="000F70E0">
      <w:pPr>
        <w:rPr>
          <w:rFonts w:ascii="Bookman Old Style" w:hAnsi="Bookman Old Style"/>
        </w:rPr>
      </w:pPr>
      <w:r w:rsidRPr="000F70E0">
        <w:rPr>
          <w:rFonts w:ascii="Bookman Old Style" w:hAnsi="Bookman Old Style"/>
        </w:rPr>
        <w:br/>
      </w:r>
      <w:r w:rsidRPr="000F70E0">
        <w:rPr>
          <w:rFonts w:ascii="Bookman Old Style" w:hAnsi="Bookman Old Style"/>
        </w:rPr>
        <w:br/>
        <w:t xml:space="preserve">Data, ___________________ </w:t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  <w:t>Firma del genitore / tutore legale</w:t>
      </w:r>
      <w:r w:rsidRPr="000F70E0">
        <w:rPr>
          <w:rFonts w:ascii="Bookman Old Style" w:hAnsi="Bookman Old Style"/>
        </w:rPr>
        <w:br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</w:r>
      <w:r w:rsidRPr="000F70E0">
        <w:rPr>
          <w:rFonts w:ascii="Bookman Old Style" w:hAnsi="Bookman Old Style"/>
        </w:rPr>
        <w:tab/>
        <w:t>_________________________________</w:t>
      </w:r>
    </w:p>
    <w:p w14:paraId="192ED93A" w14:textId="77777777" w:rsidR="000F70E0" w:rsidRDefault="000F70E0" w:rsidP="000F70E0">
      <w:pPr>
        <w:rPr>
          <w:rFonts w:ascii="Bookman Old Style" w:eastAsia="Times New Roman" w:hAnsi="Bookman Old Style" w:cs="Arial"/>
          <w:bCs/>
          <w:sz w:val="24"/>
          <w:szCs w:val="24"/>
          <w:u w:val="single"/>
          <w:lang w:eastAsia="it-IT"/>
        </w:rPr>
      </w:pPr>
    </w:p>
    <w:p w14:paraId="35504071" w14:textId="77777777" w:rsidR="005D077C" w:rsidRPr="000F70E0" w:rsidRDefault="000F70E0" w:rsidP="000F70E0">
      <w:pPr>
        <w:rPr>
          <w:rFonts w:ascii="Bookman Old Style" w:hAnsi="Bookman Old Style"/>
          <w:u w:val="single"/>
        </w:rPr>
      </w:pPr>
      <w:r w:rsidRPr="000F70E0">
        <w:rPr>
          <w:rFonts w:ascii="Bookman Old Style" w:eastAsia="Times New Roman" w:hAnsi="Bookman Old Style" w:cs="Arial"/>
          <w:bCs/>
          <w:sz w:val="24"/>
          <w:szCs w:val="24"/>
          <w:u w:val="single"/>
          <w:lang w:eastAsia="it-IT"/>
        </w:rPr>
        <w:t>Da consegnare al coordinator</w:t>
      </w:r>
      <w:r>
        <w:rPr>
          <w:rFonts w:ascii="Bookman Old Style" w:eastAsia="Times New Roman" w:hAnsi="Bookman Old Style" w:cs="Arial"/>
          <w:bCs/>
          <w:sz w:val="24"/>
          <w:szCs w:val="24"/>
          <w:u w:val="single"/>
          <w:lang w:eastAsia="it-IT"/>
        </w:rPr>
        <w:t>e</w:t>
      </w:r>
      <w:r w:rsidRPr="000F70E0">
        <w:rPr>
          <w:rFonts w:ascii="Bookman Old Style" w:eastAsia="Times New Roman" w:hAnsi="Bookman Old Style" w:cs="Arial"/>
          <w:bCs/>
          <w:sz w:val="24"/>
          <w:szCs w:val="24"/>
          <w:u w:val="single"/>
          <w:lang w:eastAsia="it-IT"/>
        </w:rPr>
        <w:t xml:space="preserve"> di classe entro e non oltre il 23 ottobre 2026</w:t>
      </w:r>
    </w:p>
    <w:sectPr w:rsidR="005D077C" w:rsidRPr="000F70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1631627">
    <w:abstractNumId w:val="8"/>
  </w:num>
  <w:num w:numId="2" w16cid:durableId="2117169382">
    <w:abstractNumId w:val="6"/>
  </w:num>
  <w:num w:numId="3" w16cid:durableId="1444570127">
    <w:abstractNumId w:val="5"/>
  </w:num>
  <w:num w:numId="4" w16cid:durableId="882058935">
    <w:abstractNumId w:val="4"/>
  </w:num>
  <w:num w:numId="5" w16cid:durableId="1563518423">
    <w:abstractNumId w:val="7"/>
  </w:num>
  <w:num w:numId="6" w16cid:durableId="2139639456">
    <w:abstractNumId w:val="3"/>
  </w:num>
  <w:num w:numId="7" w16cid:durableId="1890651149">
    <w:abstractNumId w:val="2"/>
  </w:num>
  <w:num w:numId="8" w16cid:durableId="1177843145">
    <w:abstractNumId w:val="1"/>
  </w:num>
  <w:num w:numId="9" w16cid:durableId="212704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70E0"/>
    <w:rsid w:val="0015074B"/>
    <w:rsid w:val="0029639D"/>
    <w:rsid w:val="00326F90"/>
    <w:rsid w:val="005D077C"/>
    <w:rsid w:val="008A6650"/>
    <w:rsid w:val="00AA1D8D"/>
    <w:rsid w:val="00B47730"/>
    <w:rsid w:val="00CB0664"/>
    <w:rsid w:val="00F10F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93ED1"/>
  <w14:defaultImageDpi w14:val="300"/>
  <w15:docId w15:val="{FBE423ED-2C87-444D-8A27-97F717BB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FA5DCF-C4CE-4081-8849-C476EFF6CA9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Lucia Di Fazio</cp:lastModifiedBy>
  <cp:revision>2</cp:revision>
  <dcterms:created xsi:type="dcterms:W3CDTF">2026-10-14T12:32:00Z</dcterms:created>
  <dcterms:modified xsi:type="dcterms:W3CDTF">2026-10-14T12:32:00Z</dcterms:modified>
</cp:coreProperties>
</file>